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9C0F2" w14:textId="078E6294" w:rsidR="00845929" w:rsidRPr="006056E2" w:rsidRDefault="006056E2">
      <w:pPr>
        <w:spacing w:before="240" w:after="80"/>
        <w:rPr>
          <w:sz w:val="36"/>
          <w:szCs w:val="36"/>
        </w:rPr>
      </w:pPr>
      <w:r w:rsidRPr="006056E2">
        <w:rPr>
          <w:rFonts w:ascii="Calibri" w:hAnsi="Calibri"/>
          <w:b/>
          <w:sz w:val="36"/>
          <w:szCs w:val="36"/>
        </w:rPr>
        <w:t>TJEDAN: 05.10. – 09.10.2026.</w:t>
      </w:r>
      <w:r>
        <w:rPr>
          <w:rFonts w:ascii="Calibri" w:hAnsi="Calibri"/>
          <w:b/>
          <w:sz w:val="36"/>
          <w:szCs w:val="36"/>
        </w:rPr>
        <w:br/>
      </w:r>
    </w:p>
    <w:p w14:paraId="555BDA61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PONEDJELJAK (05.10.)</w:t>
      </w:r>
    </w:p>
    <w:p w14:paraId="3FD5AC9B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Margo marmelada, kakao, voće jabuka</w:t>
      </w:r>
    </w:p>
    <w:p w14:paraId="034B8955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Kosani odrezak, krumpir sa povrćem</w:t>
      </w:r>
    </w:p>
    <w:p w14:paraId="03E03F40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Donut krafna</w:t>
      </w:r>
    </w:p>
    <w:p w14:paraId="4CE724A9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UTORAK (06.10.)</w:t>
      </w:r>
    </w:p>
    <w:p w14:paraId="5A7650E2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Zobene pahuljice sa mlijekom, voće mandarina</w:t>
      </w:r>
    </w:p>
    <w:p w14:paraId="0809D56E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Pileći ujušak s noklicama</w:t>
      </w:r>
    </w:p>
    <w:p w14:paraId="7C4DA2F1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Namaz na kruhu</w:t>
      </w:r>
    </w:p>
    <w:p w14:paraId="4970EA6A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SRIJEDA (07.10.)</w:t>
      </w:r>
    </w:p>
    <w:p w14:paraId="0BDDCFE2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Kukuruzni savitak sa sirom, čaj sa limunom i medom</w:t>
      </w:r>
    </w:p>
    <w:p w14:paraId="577CCFBE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Saft, riža, cikla</w:t>
      </w:r>
    </w:p>
    <w:p w14:paraId="6A3A802A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Voće</w:t>
      </w:r>
    </w:p>
    <w:p w14:paraId="6153CAC9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ČETVRTAK (08.10.)</w:t>
      </w:r>
    </w:p>
    <w:p w14:paraId="669760B3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Školski sendvič, sok</w:t>
      </w:r>
    </w:p>
    <w:p w14:paraId="5865B181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Varivo od svježeg kupusa,</w:t>
      </w:r>
      <w:r>
        <w:rPr>
          <w:rFonts w:ascii="Calibri" w:hAnsi="Calibri"/>
        </w:rPr>
        <w:t xml:space="preserve"> grah s kobasicama</w:t>
      </w:r>
    </w:p>
    <w:p w14:paraId="50579314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Puding vanilija</w:t>
      </w:r>
    </w:p>
    <w:p w14:paraId="4AB251B6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PETAK (09.10.)</w:t>
      </w:r>
    </w:p>
    <w:p w14:paraId="35F59F17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Jogurt, rolica tri vrste sira</w:t>
      </w:r>
    </w:p>
    <w:p w14:paraId="2AE50561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Juha, tijesto sa sirom i vrhnjem</w:t>
      </w:r>
    </w:p>
    <w:p w14:paraId="2F0C33C7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Čao-Čao kolač</w:t>
      </w:r>
    </w:p>
    <w:p w14:paraId="313300E6" w14:textId="0CB64C27" w:rsidR="006056E2" w:rsidRPr="006056E2" w:rsidRDefault="006056E2">
      <w:pPr>
        <w:spacing w:before="240" w:after="80"/>
        <w:rPr>
          <w:rFonts w:ascii="Calibri" w:hAnsi="Calibri"/>
          <w:b/>
          <w:sz w:val="36"/>
          <w:szCs w:val="36"/>
        </w:rPr>
      </w:pPr>
      <w:r w:rsidRPr="006056E2">
        <w:rPr>
          <w:rFonts w:ascii="Calibri" w:hAnsi="Calibri"/>
          <w:b/>
          <w:sz w:val="36"/>
          <w:szCs w:val="36"/>
        </w:rPr>
        <w:t>TJEDAN: 12.10. – 16.10.2026.</w:t>
      </w:r>
    </w:p>
    <w:p w14:paraId="4EAE8D04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PONEDJELJAK (12.10.)</w:t>
      </w:r>
    </w:p>
    <w:p w14:paraId="19649F2F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Maslac na kruh, kakao, voć</w:t>
      </w:r>
      <w:r>
        <w:rPr>
          <w:rFonts w:ascii="Calibri" w:hAnsi="Calibri"/>
        </w:rPr>
        <w:t>e mandarina</w:t>
      </w:r>
    </w:p>
    <w:p w14:paraId="443B988E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Špageti Bolognese, zelena salata</w:t>
      </w:r>
    </w:p>
    <w:p w14:paraId="3D584831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Integralni muffin s jabukama</w:t>
      </w:r>
    </w:p>
    <w:p w14:paraId="7ED65A03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UTORAK (13.10.)</w:t>
      </w:r>
    </w:p>
    <w:p w14:paraId="0048199C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Čokoladne pahuljice, voće banana</w:t>
      </w:r>
    </w:p>
    <w:p w14:paraId="690B142A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Varivo od grahorica s piletinom i tijestom</w:t>
      </w:r>
    </w:p>
    <w:p w14:paraId="69118CB0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Namaz na kruhu</w:t>
      </w:r>
    </w:p>
    <w:p w14:paraId="614F26B5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SRIJEDA (14.10.)</w:t>
      </w:r>
    </w:p>
    <w:p w14:paraId="348CE7BD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Meksička rolica, čaj sa limunom i medom</w:t>
      </w:r>
    </w:p>
    <w:p w14:paraId="1CA30C6A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Pečena piletina, mlinci, salata</w:t>
      </w:r>
    </w:p>
    <w:p w14:paraId="361FEE50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lastRenderedPageBreak/>
        <w:t xml:space="preserve">Užina: </w:t>
      </w:r>
      <w:r>
        <w:rPr>
          <w:rFonts w:ascii="Calibri" w:hAnsi="Calibri"/>
        </w:rPr>
        <w:t>Voće</w:t>
      </w:r>
    </w:p>
    <w:p w14:paraId="0206488F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ČETVRTAK (15.10.)</w:t>
      </w:r>
    </w:p>
    <w:p w14:paraId="461A5317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Kukuruzni jastučići sa sirom, sok</w:t>
      </w:r>
    </w:p>
    <w:p w14:paraId="7AF27B96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Riži-biži, pljeskavice, salata</w:t>
      </w:r>
    </w:p>
    <w:p w14:paraId="437C1F5B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Puding čokolada</w:t>
      </w:r>
    </w:p>
    <w:p w14:paraId="0BCBB543" w14:textId="77777777" w:rsidR="00845929" w:rsidRDefault="006056E2">
      <w:pPr>
        <w:spacing w:before="80" w:after="40"/>
      </w:pPr>
      <w:r>
        <w:rPr>
          <w:rFonts w:ascii="Calibri" w:hAnsi="Calibri"/>
          <w:b/>
        </w:rPr>
        <w:t xml:space="preserve">PETAK </w:t>
      </w:r>
      <w:r>
        <w:rPr>
          <w:rFonts w:ascii="Calibri" w:hAnsi="Calibri"/>
          <w:b/>
        </w:rPr>
        <w:t>(16.10.)</w:t>
      </w:r>
    </w:p>
    <w:p w14:paraId="20F57E98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Čokoladno mlijeko, puter štangica</w:t>
      </w:r>
    </w:p>
    <w:p w14:paraId="050649FD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Juneći gulaš s krumpirom</w:t>
      </w:r>
    </w:p>
    <w:p w14:paraId="5D512E4C" w14:textId="772C11D3" w:rsidR="00845929" w:rsidRDefault="006056E2" w:rsidP="006056E2">
      <w:pPr>
        <w:spacing w:after="80"/>
        <w:ind w:left="720"/>
      </w:pPr>
      <w:proofErr w:type="spellStart"/>
      <w:r>
        <w:rPr>
          <w:rFonts w:ascii="Calibri" w:hAnsi="Calibri"/>
          <w:b/>
        </w:rPr>
        <w:t>Užina</w:t>
      </w:r>
      <w:proofErr w:type="spellEnd"/>
      <w:r>
        <w:rPr>
          <w:rFonts w:ascii="Calibri" w:hAnsi="Calibri"/>
          <w:b/>
        </w:rPr>
        <w:t xml:space="preserve">: </w:t>
      </w:r>
      <w:proofErr w:type="spellStart"/>
      <w:r>
        <w:rPr>
          <w:rFonts w:ascii="Calibri" w:hAnsi="Calibri"/>
        </w:rPr>
        <w:t>Trokut</w:t>
      </w:r>
      <w:proofErr w:type="spellEnd"/>
      <w:r>
        <w:rPr>
          <w:rFonts w:ascii="Calibri" w:hAnsi="Calibri"/>
        </w:rPr>
        <w:t xml:space="preserve"> sir</w:t>
      </w:r>
      <w:r>
        <w:rPr>
          <w:rFonts w:ascii="Calibri" w:hAnsi="Calibri"/>
        </w:rPr>
        <w:br/>
      </w:r>
    </w:p>
    <w:p w14:paraId="0E6A0D14" w14:textId="70B4CC60" w:rsidR="00845929" w:rsidRPr="006056E2" w:rsidRDefault="006056E2">
      <w:pPr>
        <w:spacing w:before="240" w:after="80"/>
        <w:rPr>
          <w:sz w:val="36"/>
          <w:szCs w:val="36"/>
        </w:rPr>
      </w:pPr>
      <w:r w:rsidRPr="006056E2">
        <w:rPr>
          <w:rFonts w:ascii="Calibri" w:hAnsi="Calibri"/>
          <w:b/>
          <w:sz w:val="36"/>
          <w:szCs w:val="36"/>
        </w:rPr>
        <w:t>TJEDAN: 19.10. – 23.10.2026.</w:t>
      </w:r>
    </w:p>
    <w:p w14:paraId="15846839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PONEDJELJAK (19.10.)</w:t>
      </w:r>
    </w:p>
    <w:p w14:paraId="139F0FC7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Pašteta, čaj sa limunom i medom, mandarina</w:t>
      </w:r>
    </w:p>
    <w:p w14:paraId="582CFA31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Varivo od kelja i mesa</w:t>
      </w:r>
    </w:p>
    <w:p w14:paraId="50870CC8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Š</w:t>
      </w:r>
      <w:r>
        <w:rPr>
          <w:rFonts w:ascii="Calibri" w:hAnsi="Calibri"/>
        </w:rPr>
        <w:t>trucla od sira</w:t>
      </w:r>
    </w:p>
    <w:p w14:paraId="68022C78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UTORAK (20.10.)</w:t>
      </w:r>
    </w:p>
    <w:p w14:paraId="3670F34D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Kukuruzne pahuljice, mlijeko, jabuka</w:t>
      </w:r>
    </w:p>
    <w:p w14:paraId="2632A68B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Saft od teletine, tijesto, salata</w:t>
      </w:r>
    </w:p>
    <w:p w14:paraId="002BE69C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Namaz na kruhu</w:t>
      </w:r>
    </w:p>
    <w:p w14:paraId="2F3AA66B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SRIJEDA (21.10.)</w:t>
      </w:r>
    </w:p>
    <w:p w14:paraId="780F361A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Polić sa špinaćom, rikotom i feta sirom, čaj</w:t>
      </w:r>
    </w:p>
    <w:p w14:paraId="7A9B8CDC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 xml:space="preserve">Mesna štruca, povrće na </w:t>
      </w:r>
      <w:r>
        <w:rPr>
          <w:rFonts w:ascii="Calibri" w:hAnsi="Calibri"/>
        </w:rPr>
        <w:t>maslacu</w:t>
      </w:r>
    </w:p>
    <w:p w14:paraId="3C77D938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Voće</w:t>
      </w:r>
    </w:p>
    <w:p w14:paraId="5CD51894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ČETVRTAK (22.10.)</w:t>
      </w:r>
    </w:p>
    <w:p w14:paraId="761CBA6E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Školski sendvič, sok</w:t>
      </w:r>
    </w:p>
    <w:p w14:paraId="472917E7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Grah i tijesto - varivo sa hamburgerom</w:t>
      </w:r>
    </w:p>
    <w:p w14:paraId="0E86E232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Savitak čoko</w:t>
      </w:r>
    </w:p>
    <w:p w14:paraId="67A05381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PETAK (23.10.)</w:t>
      </w:r>
    </w:p>
    <w:p w14:paraId="0CB076AD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Euforija, kifla mliječna</w:t>
      </w:r>
    </w:p>
    <w:p w14:paraId="68C57328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Juha, riblji štapići, grah salata</w:t>
      </w:r>
    </w:p>
    <w:p w14:paraId="79DFBB17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Mramorni kolač</w:t>
      </w:r>
    </w:p>
    <w:p w14:paraId="17196156" w14:textId="77777777" w:rsidR="00845929" w:rsidRPr="006056E2" w:rsidRDefault="006056E2">
      <w:pPr>
        <w:spacing w:before="240" w:after="80"/>
        <w:rPr>
          <w:sz w:val="36"/>
          <w:szCs w:val="36"/>
        </w:rPr>
      </w:pPr>
      <w:r w:rsidRPr="006056E2">
        <w:rPr>
          <w:rFonts w:ascii="Calibri" w:hAnsi="Calibri"/>
          <w:b/>
          <w:sz w:val="36"/>
          <w:szCs w:val="36"/>
        </w:rPr>
        <w:t>TJEDAN: 26.10. – 30.10.2026.</w:t>
      </w:r>
    </w:p>
    <w:p w14:paraId="43B7DD02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PONEDJELJAK (26.10.)</w:t>
      </w:r>
    </w:p>
    <w:p w14:paraId="7FA67B7A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Čokoladni namaz, kakao, voće</w:t>
      </w:r>
    </w:p>
    <w:p w14:paraId="30DBEAC9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Varivo od povrća sa ječmenom kašom i piletina</w:t>
      </w:r>
    </w:p>
    <w:p w14:paraId="7FCAF769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lastRenderedPageBreak/>
        <w:t xml:space="preserve">Užina: </w:t>
      </w:r>
      <w:r>
        <w:rPr>
          <w:rFonts w:ascii="Calibri" w:hAnsi="Calibri"/>
        </w:rPr>
        <w:t>Štrudla od jabuka</w:t>
      </w:r>
    </w:p>
    <w:p w14:paraId="2882618B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UTORAK (27.10.)</w:t>
      </w:r>
    </w:p>
    <w:p w14:paraId="2CE4E8A4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Piroška sa sirom, mlijeko, voće</w:t>
      </w:r>
    </w:p>
    <w:p w14:paraId="64BD9891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Rižoto s povrćem i mesom, salata</w:t>
      </w:r>
    </w:p>
    <w:p w14:paraId="5892ED55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Namaz na kruhu</w:t>
      </w:r>
    </w:p>
    <w:p w14:paraId="17A7BCFC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SRIJEDA (28.10.)</w:t>
      </w:r>
    </w:p>
    <w:p w14:paraId="1909C0A1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Biskvit s višnjom, čaj, suho voće</w:t>
      </w:r>
    </w:p>
    <w:p w14:paraId="262F92FE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Đuveč, pileći medaljoni</w:t>
      </w:r>
    </w:p>
    <w:p w14:paraId="0A26DE16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Voće</w:t>
      </w:r>
    </w:p>
    <w:p w14:paraId="1022B43B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ČETVRTAK (29.10.)</w:t>
      </w:r>
    </w:p>
    <w:p w14:paraId="1E6904CA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Hrenovke, kruh, sok, majoneza</w:t>
      </w:r>
    </w:p>
    <w:p w14:paraId="3DE98C8E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Piletina na b</w:t>
      </w:r>
      <w:r>
        <w:rPr>
          <w:rFonts w:ascii="Calibri" w:hAnsi="Calibri"/>
        </w:rPr>
        <w:t>ijelo s noklicama</w:t>
      </w:r>
    </w:p>
    <w:p w14:paraId="43C1EEE4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Coco-Loco</w:t>
      </w:r>
    </w:p>
    <w:p w14:paraId="01F6695D" w14:textId="77777777" w:rsidR="00845929" w:rsidRDefault="006056E2">
      <w:pPr>
        <w:spacing w:before="80" w:after="40"/>
      </w:pPr>
      <w:r>
        <w:rPr>
          <w:rFonts w:ascii="Calibri" w:hAnsi="Calibri"/>
          <w:b/>
        </w:rPr>
        <w:t>PETAK (30.10.)</w:t>
      </w:r>
    </w:p>
    <w:p w14:paraId="6534C1AA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Acidofil, klipić</w:t>
      </w:r>
    </w:p>
    <w:p w14:paraId="33F68F65" w14:textId="77777777" w:rsidR="00845929" w:rsidRDefault="006056E2" w:rsidP="006056E2">
      <w:pPr>
        <w:spacing w:after="20"/>
        <w:ind w:left="720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Juha, gužvara</w:t>
      </w:r>
    </w:p>
    <w:p w14:paraId="14E7F11B" w14:textId="77777777" w:rsidR="00845929" w:rsidRDefault="006056E2" w:rsidP="006056E2">
      <w:pPr>
        <w:spacing w:after="80"/>
        <w:ind w:left="720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Oasni kolači, mlijeko</w:t>
      </w:r>
    </w:p>
    <w:sectPr w:rsidR="0084592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56E2"/>
    <w:rsid w:val="0084592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5B65B"/>
  <w14:defaultImageDpi w14:val="300"/>
  <w15:docId w15:val="{E4DC1757-D69C-40F7-BEF4-86E8C659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2013-12-23T23:15:00Z</dcterms:created>
  <dcterms:modified xsi:type="dcterms:W3CDTF">2026-10-01T10:34:00Z</dcterms:modified>
  <cp:category/>
</cp:coreProperties>
</file>