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A41C6" w14:textId="77777777" w:rsidR="004F5272" w:rsidRPr="00E95F8C" w:rsidRDefault="00E95F8C">
      <w:pPr>
        <w:spacing w:before="280" w:after="120"/>
        <w:rPr>
          <w:sz w:val="36"/>
          <w:szCs w:val="36"/>
        </w:rPr>
      </w:pPr>
      <w:r w:rsidRPr="00E95F8C">
        <w:rPr>
          <w:rFonts w:ascii="Calibri" w:hAnsi="Calibri"/>
          <w:b/>
          <w:color w:val="000000"/>
          <w:sz w:val="36"/>
          <w:szCs w:val="36"/>
        </w:rPr>
        <w:t>TJEDAN: 07.09. – 11.09.2026.</w:t>
      </w:r>
    </w:p>
    <w:p w14:paraId="4D0A32BA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PONEDJELJAK (07.09.)</w:t>
      </w:r>
    </w:p>
    <w:p w14:paraId="1B48F5B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Žitarice s mlijekom, voće banana</w:t>
      </w:r>
    </w:p>
    <w:p w14:paraId="5906654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Goveđi gulaš s krumpirom</w:t>
      </w:r>
    </w:p>
    <w:p w14:paraId="65678CA3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Muffin mrkva</w:t>
      </w:r>
    </w:p>
    <w:p w14:paraId="508B2620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UTORAK (08.09.)</w:t>
      </w:r>
    </w:p>
    <w:p w14:paraId="05427C76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Kukuruzni klipić, Fortia jogurt</w:t>
      </w:r>
    </w:p>
    <w:p w14:paraId="62AD5E6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 xml:space="preserve">Punjena paprika, pire </w:t>
      </w:r>
      <w:r>
        <w:rPr>
          <w:rFonts w:ascii="Calibri" w:hAnsi="Calibri"/>
        </w:rPr>
        <w:t>krumpir</w:t>
      </w:r>
    </w:p>
    <w:p w14:paraId="300AB330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Štrudla od jabuka</w:t>
      </w:r>
    </w:p>
    <w:p w14:paraId="25890D42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SRIJEDA (09.09.)</w:t>
      </w:r>
    </w:p>
    <w:p w14:paraId="15CE682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Mliječni namaz, kruh, kakao, jabuka</w:t>
      </w:r>
    </w:p>
    <w:p w14:paraId="2A7D9AF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Pečena piletina, mlinci, zelena salata</w:t>
      </w:r>
    </w:p>
    <w:p w14:paraId="2FAE1167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43DE6DF1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ČETVRTAK (10.09.)</w:t>
      </w:r>
    </w:p>
    <w:p w14:paraId="472C8201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Školski sendvič, sok</w:t>
      </w:r>
    </w:p>
    <w:p w14:paraId="118436D5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Špageti Bolognese, cikla</w:t>
      </w:r>
    </w:p>
    <w:p w14:paraId="18385463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Pu</w:t>
      </w:r>
      <w:r>
        <w:rPr>
          <w:rFonts w:ascii="Calibri" w:hAnsi="Calibri"/>
        </w:rPr>
        <w:t>ding čokolada</w:t>
      </w:r>
    </w:p>
    <w:p w14:paraId="440A069F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PETAK (11.09.)</w:t>
      </w:r>
    </w:p>
    <w:p w14:paraId="4FACE57E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Pašteta na kruhu, čaj s limunom i medom</w:t>
      </w:r>
    </w:p>
    <w:p w14:paraId="36ECE38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tijesto sa sirom i vrhnjem</w:t>
      </w:r>
    </w:p>
    <w:p w14:paraId="38E2445B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Pletenica</w:t>
      </w:r>
    </w:p>
    <w:p w14:paraId="5B65305F" w14:textId="77777777" w:rsidR="004F5272" w:rsidRPr="00E95F8C" w:rsidRDefault="00E95F8C">
      <w:pPr>
        <w:spacing w:before="280" w:after="120"/>
        <w:rPr>
          <w:sz w:val="36"/>
          <w:szCs w:val="36"/>
        </w:rPr>
      </w:pPr>
      <w:r w:rsidRPr="00E95F8C">
        <w:rPr>
          <w:rFonts w:ascii="Calibri" w:hAnsi="Calibri"/>
          <w:b/>
          <w:color w:val="000000"/>
          <w:sz w:val="36"/>
          <w:szCs w:val="36"/>
        </w:rPr>
        <w:t>TJEDAN: 14.09. – 18.09.2026.</w:t>
      </w:r>
    </w:p>
    <w:p w14:paraId="53FD9A22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PONEDJELJAK (14.09.)</w:t>
      </w:r>
    </w:p>
    <w:p w14:paraId="430EDA3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Margo marmelada, kakao, voće jabuka</w:t>
      </w:r>
    </w:p>
    <w:p w14:paraId="2BD6AEAD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 xml:space="preserve">Grah </w:t>
      </w:r>
      <w:r>
        <w:rPr>
          <w:rFonts w:ascii="Calibri" w:hAnsi="Calibri"/>
        </w:rPr>
        <w:t>varivo s rižetom i kobasicama</w:t>
      </w:r>
    </w:p>
    <w:p w14:paraId="65F7E0E3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Kukuruzni jastučići sa sirom</w:t>
      </w:r>
    </w:p>
    <w:p w14:paraId="717B4D96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UTORAK (15.09.)</w:t>
      </w:r>
    </w:p>
    <w:p w14:paraId="225C6DA1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Buhtla, mlijeko, voće kruška</w:t>
      </w:r>
    </w:p>
    <w:p w14:paraId="4EE66FF6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Rižoto s mesom, povrćem, rajčica</w:t>
      </w:r>
    </w:p>
    <w:p w14:paraId="79620C3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417C016F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SRIJEDA (16.09.)</w:t>
      </w:r>
    </w:p>
    <w:p w14:paraId="4D4FDC9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Muffin mrkva, kompot</w:t>
      </w:r>
    </w:p>
    <w:p w14:paraId="0BCF2BF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lastRenderedPageBreak/>
        <w:t xml:space="preserve">Ručak: </w:t>
      </w:r>
      <w:r>
        <w:rPr>
          <w:rFonts w:ascii="Calibri" w:hAnsi="Calibri"/>
        </w:rPr>
        <w:t>Pileći ujušak s noklicama</w:t>
      </w:r>
    </w:p>
    <w:p w14:paraId="25D717D3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47B9B2BF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ČETVRTAK (17.09.)</w:t>
      </w:r>
    </w:p>
    <w:p w14:paraId="3A0B32F6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Đački sendvič, sok</w:t>
      </w:r>
    </w:p>
    <w:p w14:paraId="5AAEDE95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Dinosauri, rizi-bizi</w:t>
      </w:r>
    </w:p>
    <w:p w14:paraId="019DE475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Coco-Loco</w:t>
      </w:r>
    </w:p>
    <w:p w14:paraId="21520651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PETAK (18.09.)</w:t>
      </w:r>
    </w:p>
    <w:p w14:paraId="62C9128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Klipić, Acerofil</w:t>
      </w:r>
    </w:p>
    <w:p w14:paraId="56D9178E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riblji štapići, špinat, pire krumpir</w:t>
      </w:r>
    </w:p>
    <w:p w14:paraId="61697574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 xml:space="preserve">Štrudla </w:t>
      </w:r>
      <w:r>
        <w:rPr>
          <w:rFonts w:ascii="Calibri" w:hAnsi="Calibri"/>
        </w:rPr>
        <w:t>od sira</w:t>
      </w:r>
    </w:p>
    <w:p w14:paraId="25CBDF4C" w14:textId="77777777" w:rsidR="004F5272" w:rsidRPr="00E95F8C" w:rsidRDefault="00E95F8C">
      <w:pPr>
        <w:spacing w:before="280" w:after="120"/>
        <w:rPr>
          <w:sz w:val="36"/>
          <w:szCs w:val="36"/>
        </w:rPr>
      </w:pPr>
      <w:r w:rsidRPr="00E95F8C">
        <w:rPr>
          <w:rFonts w:ascii="Calibri" w:hAnsi="Calibri"/>
          <w:b/>
          <w:color w:val="000000"/>
          <w:sz w:val="36"/>
          <w:szCs w:val="36"/>
        </w:rPr>
        <w:t>TJEDAN: 21.09. – 25.09.2026.</w:t>
      </w:r>
    </w:p>
    <w:p w14:paraId="19423FA0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PONEDJELJAK (21.09.)</w:t>
      </w:r>
    </w:p>
    <w:p w14:paraId="1D8FAEE0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Čokoladni namaz, kruh, kakao, voće jabuka ujutro / tijesto sa sirom i vrhnjem, voće banana popodne</w:t>
      </w:r>
    </w:p>
    <w:p w14:paraId="2C34815F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mahuna s mesom</w:t>
      </w:r>
    </w:p>
    <w:p w14:paraId="7553E39D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Rolica 3 vrste sira</w:t>
      </w:r>
    </w:p>
    <w:p w14:paraId="2E4FF087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UTORAK (22.09.)</w:t>
      </w:r>
    </w:p>
    <w:p w14:paraId="4BCB3380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>Mliječni</w:t>
      </w:r>
      <w:r>
        <w:rPr>
          <w:rFonts w:ascii="Calibri" w:hAnsi="Calibri"/>
          <w:b/>
        </w:rPr>
        <w:t xml:space="preserve"> obrok: </w:t>
      </w:r>
      <w:r>
        <w:rPr>
          <w:rFonts w:ascii="Calibri" w:hAnsi="Calibri"/>
        </w:rPr>
        <w:t>Lizika sa sirom, mlijeko, voće banana popodne</w:t>
      </w:r>
    </w:p>
    <w:p w14:paraId="4D8381C7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Juneći saft, tijesto, salata</w:t>
      </w:r>
    </w:p>
    <w:p w14:paraId="491685AF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001374FA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SRIJEDA (23.09.)</w:t>
      </w:r>
    </w:p>
    <w:p w14:paraId="057B4B9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Lisnato cheesecake malina, čaj</w:t>
      </w:r>
    </w:p>
    <w:p w14:paraId="66100FF0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Piletina na bijelo s njokima</w:t>
      </w:r>
    </w:p>
    <w:p w14:paraId="11404C24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6AB5BC32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ČETVRTAK (24.09.)</w:t>
      </w:r>
    </w:p>
    <w:p w14:paraId="5901B011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Školski sendvič, Cedevita</w:t>
      </w:r>
    </w:p>
    <w:p w14:paraId="30CC5737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Mesna štruca, povrće na maslacu</w:t>
      </w:r>
    </w:p>
    <w:p w14:paraId="2A3AA70F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Euforija</w:t>
      </w:r>
    </w:p>
    <w:p w14:paraId="2727A844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PETAK (25.09.)</w:t>
      </w:r>
    </w:p>
    <w:p w14:paraId="376F0CE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Voćni jogurt, puter štangica</w:t>
      </w:r>
    </w:p>
    <w:p w14:paraId="3A4F99DE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hrenovke, jaja</w:t>
      </w:r>
    </w:p>
    <w:p w14:paraId="1ACEB537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Čokoladno mlijeko, napolitanke</w:t>
      </w:r>
    </w:p>
    <w:p w14:paraId="070AB11C" w14:textId="77777777" w:rsidR="004F5272" w:rsidRPr="00E95F8C" w:rsidRDefault="00E95F8C">
      <w:pPr>
        <w:spacing w:before="280" w:after="120"/>
        <w:rPr>
          <w:sz w:val="36"/>
          <w:szCs w:val="36"/>
        </w:rPr>
      </w:pPr>
      <w:r w:rsidRPr="00E95F8C">
        <w:rPr>
          <w:rFonts w:ascii="Calibri" w:hAnsi="Calibri"/>
          <w:b/>
          <w:color w:val="000000"/>
          <w:sz w:val="36"/>
          <w:szCs w:val="36"/>
        </w:rPr>
        <w:lastRenderedPageBreak/>
        <w:t xml:space="preserve">TJEDAN: 28.09. – </w:t>
      </w:r>
      <w:r w:rsidRPr="00E95F8C">
        <w:rPr>
          <w:rFonts w:ascii="Calibri" w:hAnsi="Calibri"/>
          <w:b/>
          <w:color w:val="000000"/>
          <w:sz w:val="36"/>
          <w:szCs w:val="36"/>
        </w:rPr>
        <w:t>02.10.2026.</w:t>
      </w:r>
    </w:p>
    <w:p w14:paraId="40394681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PONEDJELJAK (28.09.)</w:t>
      </w:r>
    </w:p>
    <w:p w14:paraId="705299B4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VIVIS sirni namaz, kruh, kakao, voće jabuka ujutro / tijesto sa sirom i vrhnjem, voće banana popodne</w:t>
      </w:r>
    </w:p>
    <w:p w14:paraId="2BDF7C3D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Varivo od povrća i mesa</w:t>
      </w:r>
    </w:p>
    <w:p w14:paraId="37ADEEB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Krumpiruša</w:t>
      </w:r>
    </w:p>
    <w:p w14:paraId="26AC22C0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UTORAK (29.09.)</w:t>
      </w:r>
    </w:p>
    <w:p w14:paraId="34BDD6A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Meksička rolica, sok (pop</w:t>
      </w:r>
      <w:r>
        <w:rPr>
          <w:rFonts w:ascii="Calibri" w:hAnsi="Calibri"/>
        </w:rPr>
        <w:t>odne voće banana)</w:t>
      </w:r>
    </w:p>
    <w:p w14:paraId="71E163CA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Krpice sa zeljem, pljeskavica</w:t>
      </w:r>
    </w:p>
    <w:p w14:paraId="6EBE3E62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Namaz na kruhu</w:t>
      </w:r>
    </w:p>
    <w:p w14:paraId="136C1523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SRIJEDA (30.09.)</w:t>
      </w:r>
    </w:p>
    <w:p w14:paraId="3473A9F8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Krofne od marelice, čaj</w:t>
      </w:r>
    </w:p>
    <w:p w14:paraId="544C6928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Pureći perkelt, palenta, salata</w:t>
      </w:r>
    </w:p>
    <w:p w14:paraId="126B0A1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Voće</w:t>
      </w:r>
    </w:p>
    <w:p w14:paraId="2F6FA133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ČETVRTAK (01.10.)</w:t>
      </w:r>
    </w:p>
    <w:p w14:paraId="6887F0E0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Hrenovke, kruh, senf, sok</w:t>
      </w:r>
    </w:p>
    <w:p w14:paraId="4230A8ED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Rižo</w:t>
      </w:r>
      <w:r>
        <w:rPr>
          <w:rFonts w:ascii="Calibri" w:hAnsi="Calibri"/>
        </w:rPr>
        <w:t>to s piletinom, šampinjonima i tikvicama</w:t>
      </w:r>
    </w:p>
    <w:p w14:paraId="5FCD66FC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Kroasan</w:t>
      </w:r>
    </w:p>
    <w:p w14:paraId="65F4B80C" w14:textId="77777777" w:rsidR="004F5272" w:rsidRDefault="00E95F8C">
      <w:pPr>
        <w:spacing w:before="160" w:after="40"/>
      </w:pPr>
      <w:r>
        <w:rPr>
          <w:rFonts w:ascii="Calibri" w:hAnsi="Calibri"/>
          <w:b/>
          <w:color w:val="000000"/>
        </w:rPr>
        <w:t>PETAK (02.10.)</w:t>
      </w:r>
    </w:p>
    <w:p w14:paraId="784590C7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Mliječni obrok: </w:t>
      </w:r>
      <w:r>
        <w:rPr>
          <w:rFonts w:ascii="Calibri" w:hAnsi="Calibri"/>
        </w:rPr>
        <w:t>Grčki jogurt Vikikis, štiromac</w:t>
      </w:r>
    </w:p>
    <w:p w14:paraId="1FD01C21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Ručak: </w:t>
      </w:r>
      <w:r>
        <w:rPr>
          <w:rFonts w:ascii="Calibri" w:hAnsi="Calibri"/>
        </w:rPr>
        <w:t>Juha, tuna s tijestom u rajčici</w:t>
      </w:r>
    </w:p>
    <w:p w14:paraId="0DD3DEF4" w14:textId="77777777" w:rsidR="004F5272" w:rsidRDefault="00E95F8C">
      <w:pPr>
        <w:spacing w:after="40"/>
        <w:ind w:left="288"/>
      </w:pPr>
      <w:r>
        <w:rPr>
          <w:rFonts w:ascii="Calibri" w:hAnsi="Calibri"/>
          <w:b/>
        </w:rPr>
        <w:t xml:space="preserve">Užina: </w:t>
      </w:r>
      <w:r>
        <w:rPr>
          <w:rFonts w:ascii="Calibri" w:hAnsi="Calibri"/>
        </w:rPr>
        <w:t>Mali motani burek sir</w:t>
      </w:r>
    </w:p>
    <w:sectPr w:rsidR="004F527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272"/>
    <w:rsid w:val="00AA1D8D"/>
    <w:rsid w:val="00B47730"/>
    <w:rsid w:val="00CB0664"/>
    <w:rsid w:val="00E95F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452A1"/>
  <w14:defaultImageDpi w14:val="300"/>
  <w15:docId w15:val="{74AC4225-FB30-4203-B46B-C783F3A2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2013-12-23T23:15:00Z</dcterms:created>
  <dcterms:modified xsi:type="dcterms:W3CDTF">2026-09-10T08:21:00Z</dcterms:modified>
  <cp:category/>
</cp:coreProperties>
</file>